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clean_professional_nonprofit_campaign_flyer_p_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